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AP English Language Exam Bridge Plan (July–April)</w:t>
      </w:r>
    </w:p>
    <w:p>
      <w:r>
        <w:t>This bridge plan is designed to supplement a robust English curriculum and prepare for the AP Lang exam with light, focused practice across the school year.</w:t>
      </w:r>
    </w:p>
    <w:p>
      <w:pPr>
        <w:pStyle w:val="Heading2"/>
      </w:pPr>
      <w:r>
        <w:t>July</w:t>
      </w:r>
    </w:p>
    <w:p>
      <w:r>
        <w:t>Focus: Intro to AP Lang: rhetorical terms, exam format overview</w:t>
      </w:r>
    </w:p>
    <w:p>
      <w:r>
        <w:t>Assignments:</w:t>
      </w:r>
    </w:p>
    <w:p>
      <w:pPr>
        <w:pStyle w:val="ListBullet"/>
      </w:pPr>
      <w:r>
        <w:t>- Read 1 sample rhetorical essay and identify key rhetorical devices</w:t>
      </w:r>
    </w:p>
    <w:p>
      <w:pPr>
        <w:pStyle w:val="ListBullet"/>
      </w:pPr>
      <w:r>
        <w:t>- Begin a rhetorical terms notebook (10 terms)</w:t>
      </w:r>
    </w:p>
    <w:p>
      <w:pPr>
        <w:pStyle w:val="ListBullet"/>
      </w:pPr>
      <w:r>
        <w:t>- Watch College Board video: AP Lang Overview</w:t>
      </w:r>
    </w:p>
    <w:p>
      <w:pPr>
        <w:pStyle w:val="Heading2"/>
      </w:pPr>
      <w:r>
        <w:t>August</w:t>
      </w:r>
    </w:p>
    <w:p>
      <w:r>
        <w:t>Focus: Rhetorical Analysis: structure, tone, and appeals</w:t>
      </w:r>
    </w:p>
    <w:p>
      <w:r>
        <w:t>Assignments:</w:t>
      </w:r>
    </w:p>
    <w:p>
      <w:pPr>
        <w:pStyle w:val="ListBullet"/>
      </w:pPr>
      <w:r>
        <w:t>- Write a 1-paragraph rhetorical analysis using a short op-ed</w:t>
      </w:r>
    </w:p>
    <w:p>
      <w:pPr>
        <w:pStyle w:val="ListBullet"/>
      </w:pPr>
      <w:r>
        <w:t>- Read MLK's 'Letter from Birmingham Jail' and annotate for tone &amp; appeals</w:t>
      </w:r>
    </w:p>
    <w:p>
      <w:pPr>
        <w:pStyle w:val="ListBullet"/>
      </w:pPr>
      <w:r>
        <w:t>- Practice 5 AP-style MCQs</w:t>
      </w:r>
    </w:p>
    <w:p>
      <w:pPr>
        <w:pStyle w:val="Heading2"/>
      </w:pPr>
      <w:r>
        <w:t>September</w:t>
      </w:r>
    </w:p>
    <w:p>
      <w:r>
        <w:t>Focus: Argument Essay: claim, evidence, and logical organization</w:t>
      </w:r>
    </w:p>
    <w:p>
      <w:r>
        <w:t>Assignments:</w:t>
      </w:r>
    </w:p>
    <w:p>
      <w:pPr>
        <w:pStyle w:val="ListBullet"/>
      </w:pPr>
      <w:r>
        <w:t>- Draft 1 full argument essay using a past AP prompt</w:t>
      </w:r>
    </w:p>
    <w:p>
      <w:pPr>
        <w:pStyle w:val="ListBullet"/>
      </w:pPr>
      <w:r>
        <w:t>- Watch: How to support claims with evidence (YouTube or CB)</w:t>
      </w:r>
    </w:p>
    <w:p>
      <w:pPr>
        <w:pStyle w:val="ListBullet"/>
      </w:pPr>
      <w:r>
        <w:t>- Peer/self-review with checklist</w:t>
      </w:r>
    </w:p>
    <w:p>
      <w:pPr>
        <w:pStyle w:val="Heading2"/>
      </w:pPr>
      <w:r>
        <w:t>October</w:t>
      </w:r>
    </w:p>
    <w:p>
      <w:r>
        <w:t>Focus: Synthesis Essay: source integration + citation</w:t>
      </w:r>
    </w:p>
    <w:p>
      <w:r>
        <w:t>Assignments:</w:t>
      </w:r>
    </w:p>
    <w:p>
      <w:pPr>
        <w:pStyle w:val="ListBullet"/>
      </w:pPr>
      <w:r>
        <w:t>- Read 3 synthesis sources on a shared topic (College Board packet)</w:t>
      </w:r>
    </w:p>
    <w:p>
      <w:pPr>
        <w:pStyle w:val="ListBullet"/>
      </w:pPr>
      <w:r>
        <w:t>- Write 1 synthesis body paragraph</w:t>
      </w:r>
    </w:p>
    <w:p>
      <w:pPr>
        <w:pStyle w:val="ListBullet"/>
      </w:pPr>
      <w:r>
        <w:t>- Watch: How to integrate sources smoothly</w:t>
      </w:r>
    </w:p>
    <w:p>
      <w:pPr>
        <w:pStyle w:val="Heading2"/>
      </w:pPr>
      <w:r>
        <w:t>November</w:t>
      </w:r>
    </w:p>
    <w:p>
      <w:r>
        <w:t>Focus: Timed Writing: practice full FRQs with reflection</w:t>
      </w:r>
    </w:p>
    <w:p>
      <w:r>
        <w:t>Assignments:</w:t>
      </w:r>
    </w:p>
    <w:p>
      <w:pPr>
        <w:pStyle w:val="ListBullet"/>
      </w:pPr>
      <w:r>
        <w:t>- Complete 1 timed rhetorical analysis essay</w:t>
      </w:r>
    </w:p>
    <w:p>
      <w:pPr>
        <w:pStyle w:val="ListBullet"/>
      </w:pPr>
      <w:r>
        <w:t>- Review College Board rubric for scoring</w:t>
      </w:r>
    </w:p>
    <w:p>
      <w:pPr>
        <w:pStyle w:val="ListBullet"/>
      </w:pPr>
      <w:r>
        <w:t>- Reflect: Where did I lose time or clarity?</w:t>
      </w:r>
    </w:p>
    <w:p>
      <w:pPr>
        <w:pStyle w:val="Heading2"/>
      </w:pPr>
      <w:r>
        <w:t>December</w:t>
      </w:r>
    </w:p>
    <w:p>
      <w:r>
        <w:t>Focus: MCQ Practice: reading nonfiction + eliminating wrong answers</w:t>
      </w:r>
    </w:p>
    <w:p>
      <w:r>
        <w:t>Assignments:</w:t>
      </w:r>
    </w:p>
    <w:p>
      <w:pPr>
        <w:pStyle w:val="ListBullet"/>
      </w:pPr>
      <w:r>
        <w:t>- Complete 15–20 multiple choice questions from AP practice</w:t>
      </w:r>
    </w:p>
    <w:p>
      <w:pPr>
        <w:pStyle w:val="ListBullet"/>
      </w:pPr>
      <w:r>
        <w:t>- Watch breakdown of a passage + strategy guide</w:t>
      </w:r>
    </w:p>
    <w:p>
      <w:pPr>
        <w:pStyle w:val="ListBullet"/>
      </w:pPr>
      <w:r>
        <w:t>- Track your accuracy in a log</w:t>
      </w:r>
    </w:p>
    <w:p>
      <w:pPr>
        <w:pStyle w:val="Heading2"/>
      </w:pPr>
      <w:r>
        <w:t>January</w:t>
      </w:r>
    </w:p>
    <w:p>
      <w:r>
        <w:t>Focus: Argument + Synthesis Focus: comparative writing</w:t>
      </w:r>
    </w:p>
    <w:p>
      <w:r>
        <w:t>Assignments:</w:t>
      </w:r>
    </w:p>
    <w:p>
      <w:pPr>
        <w:pStyle w:val="ListBullet"/>
      </w:pPr>
      <w:r>
        <w:t>- Write 1 synthesis and 1 argument essay over 2 weeks</w:t>
      </w:r>
    </w:p>
    <w:p>
      <w:pPr>
        <w:pStyle w:val="ListBullet"/>
      </w:pPr>
      <w:r>
        <w:t>- Get feedback on structure and support</w:t>
      </w:r>
    </w:p>
    <w:p>
      <w:pPr>
        <w:pStyle w:val="ListBullet"/>
      </w:pPr>
      <w:r>
        <w:t>- Try 1 speed drill (15 min intro paragraph writing)</w:t>
      </w:r>
    </w:p>
    <w:p>
      <w:pPr>
        <w:pStyle w:val="Heading2"/>
      </w:pPr>
      <w:r>
        <w:t>February</w:t>
      </w:r>
    </w:p>
    <w:p>
      <w:r>
        <w:t>Focus: Full Practice Exam (released test)</w:t>
      </w:r>
    </w:p>
    <w:p>
      <w:r>
        <w:t>Assignments:</w:t>
      </w:r>
    </w:p>
    <w:p>
      <w:pPr>
        <w:pStyle w:val="ListBullet"/>
      </w:pPr>
      <w:r>
        <w:t>- Take a released full AP Lang exam (timed)</w:t>
      </w:r>
    </w:p>
    <w:p>
      <w:pPr>
        <w:pStyle w:val="ListBullet"/>
      </w:pPr>
      <w:r>
        <w:t>- Score it using rubrics + answer key</w:t>
      </w:r>
    </w:p>
    <w:p>
      <w:pPr>
        <w:pStyle w:val="ListBullet"/>
      </w:pPr>
      <w:r>
        <w:t>- Identify your lowest FRQ or skill area</w:t>
      </w:r>
    </w:p>
    <w:p>
      <w:pPr>
        <w:pStyle w:val="Heading2"/>
      </w:pPr>
      <w:r>
        <w:t>March</w:t>
      </w:r>
    </w:p>
    <w:p>
      <w:r>
        <w:t>Focus: Review: Weak areas + Final timed practice round</w:t>
      </w:r>
    </w:p>
    <w:p>
      <w:r>
        <w:t>Assignments:</w:t>
      </w:r>
    </w:p>
    <w:p>
      <w:pPr>
        <w:pStyle w:val="ListBullet"/>
      </w:pPr>
      <w:r>
        <w:t>- Focused practice on weak spot (e.g., claims, transitions, MCQ pacing)</w:t>
      </w:r>
    </w:p>
    <w:p>
      <w:pPr>
        <w:pStyle w:val="ListBullet"/>
      </w:pPr>
      <w:r>
        <w:t>- Review 15 rhetorical terms</w:t>
      </w:r>
    </w:p>
    <w:p>
      <w:pPr>
        <w:pStyle w:val="ListBullet"/>
      </w:pPr>
      <w:r>
        <w:t>- Final 1-paragraph writing warm-up</w:t>
      </w:r>
    </w:p>
    <w:p>
      <w:pPr>
        <w:pStyle w:val="Heading2"/>
      </w:pPr>
      <w:r>
        <w:t>April</w:t>
      </w:r>
    </w:p>
    <w:p>
      <w:r>
        <w:t>Focus: Exam Week: Confidence booster and test-day strategies</w:t>
      </w:r>
    </w:p>
    <w:p>
      <w:r>
        <w:t>Assignments:</w:t>
      </w:r>
    </w:p>
    <w:p>
      <w:pPr>
        <w:pStyle w:val="ListBullet"/>
      </w:pPr>
      <w:r>
        <w:t>- Review your strongest essay and retype with polish</w:t>
      </w:r>
    </w:p>
    <w:p>
      <w:pPr>
        <w:pStyle w:val="ListBullet"/>
      </w:pPr>
      <w:r>
        <w:t>- Watch test-day tips video (AP Daily)</w:t>
      </w:r>
    </w:p>
    <w:p>
      <w:pPr>
        <w:pStyle w:val="ListBullet"/>
      </w:pPr>
      <w:r>
        <w:t>- Rest and celebrate your preparation!</w:t>
      </w:r>
    </w:p>
    <w:p>
      <w:r>
        <w:br w:type="page"/>
      </w:r>
    </w:p>
    <w:p>
      <w:pPr>
        <w:pStyle w:val="Heading1"/>
      </w:pPr>
      <w:r>
        <w:t>Helpful Resources</w:t>
      </w:r>
    </w:p>
    <w:p>
      <w:r>
        <w:t>College Board AP Lang Overview:</w:t>
        <w:br/>
        <w:t>https://apstudents.collegeboard.org/courses/ap-english-language-and-composition</w:t>
      </w:r>
    </w:p>
    <w:p>
      <w:r>
        <w:t>MLK Letter from Birmingham Jail:</w:t>
        <w:br/>
        <w:t>https://www.csuchico.edu/iege/_assets/documents/susi-letter-from-birmingham-jail.pdf</w:t>
      </w:r>
    </w:p>
    <w:p>
      <w:r>
        <w:t>AP Argument Essay Tips:</w:t>
        <w:br/>
        <w:t>https://www.youtube.com/watch?v=ef5v3G_ZU1Q</w:t>
      </w:r>
    </w:p>
    <w:p>
      <w:r>
        <w:t>Synthesis Essay Packet (College Board):</w:t>
        <w:br/>
        <w:t>https://secure-media.collegeboard.org/digitalServices/pdf/ap/apcentral/ap15_english_lang_synthesis.pdf</w:t>
      </w:r>
    </w:p>
    <w:p>
      <w:r>
        <w:t>Practice AP Lang Exam (2019):</w:t>
        <w:br/>
        <w:t>https://apcentral.collegeboard.org/media/pdf/ap19-frq-english-language.pdf</w:t>
      </w:r>
    </w:p>
    <w:p>
      <w:r>
        <w:t>Multiple Choice Strategies:</w:t>
        <w:br/>
        <w:t>https://www.albert.io/blog/ap-english-language-multiple-choice-strategies/</w:t>
      </w:r>
    </w:p>
    <w:p>
      <w:r>
        <w:t>AP Rubrics and Scoring:</w:t>
        <w:br/>
        <w:t>https://apcentral.collegeboard.org/courses/ap-english-language-and-composition/exam</w:t>
      </w:r>
    </w:p>
    <w:p>
      <w:r>
        <w:t>AP Daily Playlist (College Board):</w:t>
        <w:br/>
        <w:t>https://www.youtube.com/playlist?list=PLoGgviqq4847X1JmLwlWlBVqEkHglhZyz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